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«Исправительная колония № 8 Управления Федеральной службы исполнения наказаний по Воронежской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"Транспортная логистика" (подробнее) Ответчики: ФКУ "ИК-8" УФСИН России по Воронежской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