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«Теплоэнергия-98»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"Теплоэнергия - 98" (подробнее) Ответчики: Управление Федеральной антимонопольной службы по Республике Саха (Якутия) (подробнее) УФАС по Ресрублики Саха (Якутия) Отдел естествнной монополии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