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Неськин Игорь Петрович (подробнее) Ответчики: ИФНС России по г.Брянску (подробнее) Иные лица: Управление Федеральной налоговой службы по Брянской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