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«Казанский химический научно-исследовательский институт»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Министерство обороны Российской Федерации (подробнее) Минобороны России (подробнее) Ответчики: АО "КАЗАНСКИЙ ХИМИЧЕСКИЙ НАУЧНО-ИССЛЕДОВАТЕЛЬСКИЙ ИНСТИТУТ"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