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«Стальремстрой»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ЗАО "Трест Севзапэнергомонтаж" (подробнее) Ответчики: ООО "Стальремстрой"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