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«АС-лайф»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"АС-ЛАЙФ" (подробнее) Ответчики: Государственная жилищная инспекция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