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Отделу Министерства внутренних дел Российской Федерации по Бахчисарайскому району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"ВОЛНАПАРК" (подробнее) Ответчики: ОТДЕЛ МИНИСТЕРСТВА ВНУТРЕННИХ ДЕЛ РОССИЙСКОЙ ФЕДЕРАЦИИ ПО БАХЧИСАРАЙСКОМУ РАЙОНУ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