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«Стройкомплекс»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Администрация городского округа города Первомайск Нижегородской области (подробнее) Ответчики: ООО "Стройкомплекс"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