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Республики Мордовия «Зубово-Полянская районная больница»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