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Тюнькову Вячеславу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