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комитету Республики Татарстан по закупкам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"ТК Мастер-Ком", г. Казань (подробнее) Ответчики: Государственный комитет Республики Татарстан по закупкам, г.Казань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