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«АМП 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"РЖД" филиал Центральная дирекция закупок и снабжения (подробнее) ОАО "Российские железные дороги" (подробнее) ООО "АМП Комплект" (подробнее) Ответчики: ООО "АМП Комплект"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