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Северное межрегиональное управление Государственного автодорожного надзора Федеральной службы по надзору в сфере транспорта (подробнее) Ответчики: Общество с ограниченной ответственностью "Технострой"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