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«Горэлектросеть- Воронеж»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"Горэлектросеть-Воронеж" (подробнее) Ответчики: УФАС ПО ВОРОНЕЖСКОЙ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