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Шереметьевской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"СК-44" (подробнее) Ответчики: Шереметьевская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