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Департамент государственного жилищного и строительного надзора Свердловской области (подробнее) Иные лица: ЗАО ПУБЛИЧНОЕ АКЦИОНЕРНОЕ ОБЩЕСТВО Т ПЛЮС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