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«ПСК ПРОМСТРОЙ»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Ответчики: ИФНС России №19 по г. Москве (подробнее) ООО "ПСК ПромСтрой"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