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Силиной Елене Викторовне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