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Сухине Виктору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