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«Акзо Нобель Декор»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ЗАО "Акзо Нобель Декор" (подробнее) Ответчики: Смоленская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