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«Агентство ВТН»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"Агентство ВТН" (подробнее) Ответчики: Карельская таможня (подробнее) Карельская таможня Северо-Западного таможенного управления Федеральной таможенной службы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