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«Эврика-логистик»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"Эврика-Логистик" (подробнее) Ответчики: Карельская таможня (подробнее) Северо-Западная оперативная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