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Воронежской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ЗАО "СВТ-СЕРВИС" (подробнее) Ответчики: Воронежская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