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Hamilton Medical AG (подробнее) ООО "Дельрус"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