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«Исправительная колония № 5 Управления Федеральной службы исполнения наказаний по Кировской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ФКУ ИК-5 УФСИН России по Кировской области (подробнее) Ответчики: УФК по Кировской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