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«Коломяги-Эко-Юг»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ТСЖ "КОЛОМЯГИ-ЭКО-ЮГ" (подробнее) Ответчики: МЕЖРАЙОННАЯ ИНСПЕКЦИЯ МИНИСТЕРСТВА РОССИЙСКОЙ ФЕДЕРАЦИИ ПО НАЛОГАМ И СБОРАМ №7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