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«Каменный карьер Голиково»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"Каменный карьер Голиково" (подробнее) Ответчики: Начальник отдела-старший судебный пристав Елецкого МРО УФССП России по Липецкой области Клевцов Роман Владимирович (подробнее) Судебный пристав-исполнитель Елецкого МРО СП УФССП России по Липецкой области Ахромеев Николай Михайлович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