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«Специализированный Застройщик «ЛСР. Недвижимость-М»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"СПЕЦИАЛИЗИРОВАННЫЙ ЗАСТРОЙЩИК "ЛСР. НЕДВИЖИМОСТЬ-М" (подробнее) Ответчики: ИНСПЕКЦИЯ МИНИСТЕРСТВА РОССИЙСКОЙ ФЕДЕРАЦИИ ПО НАЛОГАМ И СБОРАМ №4 ПО ЦЕНТРАЛЬНОМУ АДМИНИСТРАТИВНОМУ ОКРУГУ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