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«Челябинский машиностроительный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"Экосервис" (подробнее) Ответчики: ООО "Торговый дом "ЧМЗ"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