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«ОДК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"Газпром комплектация" (подробнее) Ответчики: ООО "ОДК ИНЖИНИРИНГ"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