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Эмирсалиеву Энверу Серверовичу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