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Федеральной службы судебных приставов по Республике Башкортостан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ПАО БАНК УРАЛСИБ (подробнее) Ответчики: ГУФССП РОССИИ ПО РЕСПУБЛИКЕБАШКОРТОСТАН (подробнее) ПАО "БАНК УРАЛСИБ"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