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Сокольского муниципального округа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