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Службе жилищного и строительного надзора Ханты-Мансийского автономного округа – Югры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"ЮЖНОЕ ЖИЛИЩНО - ЭКСПЛУАТАЦИОННОЕ УПРАВЛЕНИЕ" (подробнее) Ответчики: Служба жилищного и строительного надзора Ханты-Мансийского автономного округа - Югры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