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Северный 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"ТК северный проект" (подробнее) Ответчики: Межрайонная инспекция Федеральной налоговой службы №23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