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«ИвКи 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"ИвКи ГАЗ" (подробнее) Ответчики: Центральное управление Федеральной службы по экологическому, технологическому и атомному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