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Российские железные дороги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