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дозировочной техники «Ареопаг»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