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«ДЕГ-РУС»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"Дег-Рус" (подробнее) Ответчики: ИФНС РОССИИ №16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