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«Ростовский областной общественно полезный фонд содействия капитальному ремонту»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