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«Рыбоконсервный комбинат «Аквамарин»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