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Рязани «Рязанское муниципальное предприятие тепловых сетей»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