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«Енисей Инжиниринг»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ЕНИСЕЙ ИНЖИНИРИНГ (подробнее) Ответчики: Управление Федеральной налоговой службы по Сахалинской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