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«Монолит-Домострой»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