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«Югра-Экология»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