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Исакову Павлу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