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Кирилловой Екатерине Сергеевне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