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Голосову Василию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