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Верховцеву Николаю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