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тарифной политики, энергетики и жилищно- коммунального комплекса Ямало-Ненецкого автономного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